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971C2"/>
          <w:sz w:val="40"/>
          <w:rtl/>
          <w:szCs w:val="40"/>
          <w:bCs/>
        </w:rPr>
        <w:t>⏳ עבר, הווה, עתיד – לוח משימות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🎯 זיהוי זמני הפועל והטיה בזמנים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איך משחקים: מגלגלים, מוצאים את השורה, בוחרים עמודה ומבצעים.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591"/>
        <w:gridCol w:w="3591"/>
        <w:gridCol w:w="3591"/>
        <w:gridCol w:w="3591"/>
      </w:tblGrid>
      <w:tr>
        <w:tc>
          <w:tcPr>
            <w:tcW w:type="dxa" w:w="3591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🎲</w:t>
            </w:r>
          </w:p>
        </w:tc>
        <w:tc>
          <w:tcPr>
            <w:tcW w:type="dxa" w:w="3591"/>
            <w:shd w:val="clear" w:fill="1971c2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🟢 בסיס</w:t>
            </w:r>
          </w:p>
        </w:tc>
        <w:tc>
          <w:tcPr>
            <w:tcW w:type="dxa" w:w="3591"/>
            <w:shd w:val="clear" w:fill="1971c2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🟡 מתקדם</w:t>
            </w:r>
          </w:p>
        </w:tc>
        <w:tc>
          <w:tcPr>
            <w:tcW w:type="dxa" w:w="3591"/>
            <w:shd w:val="clear" w:fill="1971c2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🔴 אתגר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⚀ 1  ⏪ עבר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בטקסט 3 פעלים בזמן עבר.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את "כָּתַב" בעבר: אני, את, הם.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4 משפטים על מה שקרה אתמול.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⚁ 2  ▶️ הווה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בטקסט 3 פעלים בזמן הווה.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את "הולך" בהווה: יחיד, יחידה, רבים, רבות.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תארו בהווה מה קורה עכשיו בכיתה (4 משפטים).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⚂ 3  ⏩ עתיד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פועל בעתיד או מילת זמן של עתיד (מחר, בשבוע הבא).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את "יִלְמַד" בעתיד: אני, אתה, אנחנו.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תוכנית לסוף השבוע ב־4 משפטים בעתיד.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⚃ 4  📣 ציווי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הוראה בדף הזה – איזה פועל מבקש לעשות משהו?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הפכו לציווי: "אתה סוגר את החלון" ← ___!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הוראות למשחק עם 4 פעלי ציווי לרבים.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⚄ 5  🔄 מחליפים זמן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שנו משפט אחד מהטקסט מעבר להווה.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שנו לעתיד: "הם שיחקו בחצר".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מחדש פסקה מהטקסט בזמן אחר.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⚅ 6  ⭐ בחירה חופשית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זמן וכתבו בו משפט על עצמכם.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מילות זמן (אתמול, עכשיו, מחר) וקבעו לפיהן את זמן המשפט.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סיפור קצר שמתחיל בעבר, עובר להווה ומסתיים בעתיד.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971C2"/>
          <w:sz w:val="40"/>
          <w:rtl/>
          <w:szCs w:val="40"/>
          <w:bCs/>
        </w:rPr>
        <w:t>⏳ עבר, הווה, עתיד – לוח פשוט (חנ״מ)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🔊 מקריאים בקול, בלי שעון. עמודה אחת.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🎲</w:t>
            </w:r>
          </w:p>
        </w:tc>
        <w:tc>
          <w:tcPr>
            <w:tcW w:type="dxa" w:w="7183"/>
            <w:shd w:val="clear" w:fill="1971c2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🟢 בסיס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⚀ 1  ⏪ עבר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בטקסט 3 פעלים בזמן עבר.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⚁ 2  ▶️ הווה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בטקסט 3 פעלים בזמן הווה.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⚂ 3  ⏩ עתיד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פועל בעתיד או מילת זמן של עתיד (מחר, בשבוע הבא).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⚃ 4  📣 ציווי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הוראה בדף הזה – איזה פועל מבקש לעשות משהו?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⚄ 5  🔄 מחליפים זמן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שנו משפט אחד מהטקסט מעבר להווה.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⚅ 6  ⭐ בחירה חופשית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בחרו זמן וכתבו בו משפט על עצמכם.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971C2"/>
          <w:sz w:val="40"/>
          <w:rtl/>
          <w:szCs w:val="40"/>
          <w:bCs/>
        </w:rPr>
        <w:t>⏳ עבר, הווה, עתיד – לוח לעולים ולעולות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📖 מילון קטן: ⏪ עבר – מה שהיה: אתמול   |   ▶️ הווה – מה שקורה עכשיו   |   ⏩ עתיד – מה שיהיה: מחר   |   📣 ציווי – בקשה או הוראה: שבו!   |   🏃 פועל – מילה של פעולה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🎲</w:t>
            </w:r>
          </w:p>
        </w:tc>
        <w:tc>
          <w:tcPr>
            <w:tcW w:type="dxa" w:w="7183"/>
            <w:shd w:val="clear" w:fill="1971c2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🟢 בסיס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⚀ 1  ⏪ עבר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בטקסט 3 פעלים בזמן עבר.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⚁ 2  ▶️ הווה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בטקסט 3 פעלים בזמן הווה.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⚂ 3  ⏩ עתיד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פועל בעתיד או מילת זמן של עתיד (מחר, בשבוע הבא).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⚃ 4  📣 ציווי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הוראה בדף הזה – איזה פועל מבקש לעשות משהו?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⚄ 5  🔄 מחליפים זמן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שנו משפט אחד מהטקסט מעבר להווה.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⚅ 6  ⭐ בחירה חופשית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בחרו זמן וכתבו בו משפט על עצמכם.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737" w:right="737" w:bottom="737" w:left="73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עבר, הווה, עתיד – לוח משימות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